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SALES ORDER</w:t>
      </w:r>
    </w:p>
    <w:p>
      <w:pPr>
        <w:pStyle w:val="Subtitle"/>
      </w:pPr>
      <w:r>
        <w:t>BLANK TEMPLATE  •  Fill in the fields before printing or sending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Sales order number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Order date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Seller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Buyer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Delivery address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Expected delivery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Payment terms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Currency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</w:tbl>
    <w:p>
      <w:pPr>
        <w:pStyle w:val="Heading2"/>
      </w:pPr>
      <w:r>
        <w:t>ITEMS /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Description</w:t>
            </w:r>
          </w:p>
        </w:tc>
        <w:tc>
          <w:tcPr>
            <w:tcW w:type="dxa" w:w="2160"/>
          </w:tcPr>
          <w:p>
            <w:r>
              <w:t>Quantity</w:t>
            </w:r>
          </w:p>
        </w:tc>
        <w:tc>
          <w:tcPr>
            <w:tcW w:type="dxa" w:w="2160"/>
          </w:tcPr>
          <w:p>
            <w:r>
              <w:t>Unit price</w:t>
            </w:r>
          </w:p>
        </w:tc>
        <w:tc>
          <w:tcPr>
            <w:tcW w:type="dxa" w:w="2160"/>
          </w:tcPr>
          <w:p>
            <w:r>
              <w:t>Amount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</w:tbl>
    <w:p>
      <w:r>
        <w:t>Subtotal: __________________    Tax: ______________    Total: __________________</w:t>
      </w:r>
    </w:p>
    <w:p>
      <w:pPr>
        <w:pStyle w:val="Heading2"/>
      </w:pPr>
      <w:r>
        <w:t>NOTES / DECLARATIONS</w:t>
      </w:r>
    </w:p>
    <w:p>
      <w:r>
        <w:t>____________________________________________________________________________</w:t>
      </w:r>
    </w:p>
    <w:p>
      <w:r>
        <w:rPr>
          <w:i/>
          <w:sz w:val="16"/>
        </w:rPr>
        <w:t>Confirm order terms, available inventory and delivery arrangements before relying on this record.</w:t>
      </w:r>
    </w:p>
    <w:sectPr w:rsidR="00FC693F" w:rsidRPr="0006063C" w:rsidSect="00034616">
      <w:pgSz w:w="12240" w:h="15840"/>
      <w:pgMar w:top="979" w:right="1800" w:bottom="97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7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