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采购订单</w:t>
      </w:r>
    </w:p>
    <w:p>
      <w:pPr>
        <w:pStyle w:val="Subtitle"/>
      </w:pPr>
      <w:r>
        <w:t>空白模板 · 请填写后打印或发送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采购订单编号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订单日期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买方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供应商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交货地址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预计交付日期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付款条款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币种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项目／明细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描述</w:t>
            </w:r>
          </w:p>
        </w:tc>
        <w:tc>
          <w:tcPr>
            <w:tcW w:type="dxa" w:w="2160"/>
          </w:tcPr>
          <w:p>
            <w:r>
              <w:t>数量</w:t>
            </w:r>
          </w:p>
        </w:tc>
        <w:tc>
          <w:tcPr>
            <w:tcW w:type="dxa" w:w="2160"/>
          </w:tcPr>
          <w:p>
            <w:r>
              <w:t>单价</w:t>
            </w:r>
          </w:p>
        </w:tc>
        <w:tc>
          <w:tcPr>
            <w:tcW w:type="dxa" w:w="2160"/>
          </w:tcPr>
          <w:p>
            <w:r>
              <w:t>金额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小计: __________________    Tax: ______________    合计: __________________</w:t>
      </w:r>
    </w:p>
    <w:p>
      <w:pPr>
        <w:pStyle w:val="Heading2"/>
      </w:pPr>
      <w:r>
        <w:t>备注／声明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采购订单不等于发票、发货确认或供应商接受的合同。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