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PURCHASE ORDER</w:t>
      </w:r>
    </w:p>
    <w:p>
      <w:pPr>
        <w:pStyle w:val="Subtitle"/>
      </w:pPr>
      <w:r>
        <w:t>BLANK TEMPLATE  •  Fill in the fields before printing or sending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PO number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Order date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Buyer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Supplier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Delivery address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Expected delivery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Payment terms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  <w:tr>
        <w:tc>
          <w:tcPr>
            <w:tcW w:type="dxa" w:w="4320"/>
          </w:tcPr>
          <w:p>
            <w:r>
              <w:t>Currency</w:t>
            </w:r>
          </w:p>
        </w:tc>
        <w:tc>
          <w:tcPr>
            <w:tcW w:type="dxa" w:w="4320"/>
          </w:tcPr>
          <w:p>
            <w:r>
              <w:t>________________________________</w:t>
            </w:r>
          </w:p>
        </w:tc>
      </w:tr>
    </w:tbl>
    <w:p>
      <w:pPr>
        <w:pStyle w:val="Heading2"/>
      </w:pPr>
      <w:r>
        <w:t>ITEMS / DETAILS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Description</w:t>
            </w:r>
          </w:p>
        </w:tc>
        <w:tc>
          <w:tcPr>
            <w:tcW w:type="dxa" w:w="2160"/>
          </w:tcPr>
          <w:p>
            <w:r>
              <w:t>Quantity</w:t>
            </w:r>
          </w:p>
        </w:tc>
        <w:tc>
          <w:tcPr>
            <w:tcW w:type="dxa" w:w="2160"/>
          </w:tcPr>
          <w:p>
            <w:r>
              <w:t>Unit price</w:t>
            </w:r>
          </w:p>
        </w:tc>
        <w:tc>
          <w:tcPr>
            <w:tcW w:type="dxa" w:w="2160"/>
          </w:tcPr>
          <w:p>
            <w:r>
              <w:t>Amount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  <w:tr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  <w:tc>
          <w:tcPr>
            <w:tcW w:type="dxa" w:w="2160"/>
          </w:tcPr>
          <w:p>
            <w:r>
              <w:t xml:space="preserve"> </w:t>
            </w:r>
          </w:p>
        </w:tc>
      </w:tr>
    </w:tbl>
    <w:p>
      <w:r>
        <w:t>Subtotal: __________________    Tax: ______________    Total: __________________</w:t>
      </w:r>
    </w:p>
    <w:p>
      <w:pPr>
        <w:pStyle w:val="Heading2"/>
      </w:pPr>
      <w:r>
        <w:t>NOTES / DECLARATIONS</w:t>
      </w:r>
    </w:p>
    <w:p>
      <w:r>
        <w:t>____________________________________________________________________________</w:t>
      </w:r>
    </w:p>
    <w:p>
      <w:r>
        <w:rPr>
          <w:i/>
          <w:sz w:val="16"/>
        </w:rPr>
        <w:t>Purchase order is not an invoice, shipment confirmation, or acceptance by supplier.</w:t>
      </w:r>
    </w:p>
    <w:sectPr w:rsidR="00FC693F" w:rsidRPr="0006063C" w:rsidSect="00034616">
      <w:pgSz w:w="12240" w:h="15840"/>
      <w:pgMar w:top="979" w:right="1800" w:bottom="979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73648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