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出口装箱单</w:t>
      </w:r>
    </w:p>
    <w:p>
      <w:pPr>
        <w:pStyle w:val="Subtitle"/>
      </w:pPr>
      <w:r>
        <w:t>空白模板 · 请填写后打印或发送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装箱单编号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开具日期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关联商业发票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发货方／出口方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收货方／进口方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运输参考编号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纸箱／包装类型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</w:tbl>
    <w:p>
      <w:pPr>
        <w:pStyle w:val="Heading2"/>
      </w:pPr>
      <w:r>
        <w:t>项目／明细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货物内容</w:t>
            </w:r>
          </w:p>
        </w:tc>
        <w:tc>
          <w:tcPr>
            <w:tcW w:type="dxa" w:w="1728"/>
          </w:tcPr>
          <w:p>
            <w:r>
              <w:t>数量</w:t>
            </w:r>
          </w:p>
        </w:tc>
        <w:tc>
          <w:tcPr>
            <w:tcW w:type="dxa" w:w="1728"/>
          </w:tcPr>
          <w:p>
            <w:r>
              <w:t>包装件数</w:t>
            </w:r>
          </w:p>
        </w:tc>
        <w:tc>
          <w:tcPr>
            <w:tcW w:type="dxa" w:w="1728"/>
          </w:tcPr>
          <w:p>
            <w:r>
              <w:t>净重（千克）</w:t>
            </w:r>
          </w:p>
        </w:tc>
        <w:tc>
          <w:tcPr>
            <w:tcW w:type="dxa" w:w="1728"/>
          </w:tcPr>
          <w:p>
            <w:r>
              <w:t>毛重（千克）</w:t>
            </w:r>
          </w:p>
        </w:tc>
      </w:tr>
      <w:tr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</w:tr>
      <w:tr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</w:tr>
      <w:tr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</w:tr>
      <w:tr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</w:tr>
      <w:tr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</w:tr>
      <w:tr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</w:tr>
    </w:tbl>
    <w:p>
      <w:r>
        <w:t>包装件数合计: __________   Net weight: __________ kg   Gross weight: __________ kg</w:t>
      </w:r>
    </w:p>
    <w:p>
      <w:pPr>
        <w:pStyle w:val="Heading2"/>
      </w:pPr>
      <w:r>
        <w:t>备注／声明</w:t>
      </w:r>
    </w:p>
    <w:p>
      <w:r>
        <w:t>____________________________________________________________________________</w:t>
      </w:r>
    </w:p>
    <w:p>
      <w:r>
        <w:rPr>
          <w:i/>
          <w:sz w:val="16"/>
        </w:rPr>
        <w:t>发运前请核实包装件数、数量与重量；此单据不包含价格。</w:t>
      </w:r>
    </w:p>
    <w:sectPr w:rsidR="00FC693F" w:rsidRPr="0006063C" w:rsidSect="00034616">
      <w:pgSz w:w="12240" w:h="15840"/>
      <w:pgMar w:top="979" w:right="1800" w:bottom="979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7364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