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LISTE DE COLISAGE À L’EXPORTATION</w:t>
      </w:r>
    </w:p>
    <w:p>
      <w:pPr>
        <w:pStyle w:val="Subtitle"/>
      </w:pPr>
      <w:r>
        <w:t>MODÈLE VIERGE · À remplir avant impression ou envoi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Numéro de liste de colisage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Date d’émission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Facture commerciale associée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Expéditeur / Exportateur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Destinataire / Importateur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Référence d’expédition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Type de carton / colis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ARTICLES / DÉTAILS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Contenu</w:t>
            </w:r>
          </w:p>
        </w:tc>
        <w:tc>
          <w:tcPr>
            <w:tcW w:type="dxa" w:w="1728"/>
          </w:tcPr>
          <w:p>
            <w:r>
              <w:t>Quantité</w:t>
            </w:r>
          </w:p>
        </w:tc>
        <w:tc>
          <w:tcPr>
            <w:tcW w:type="dxa" w:w="1728"/>
          </w:tcPr>
          <w:p>
            <w:r>
              <w:t>Nombre de colis</w:t>
            </w:r>
          </w:p>
        </w:tc>
        <w:tc>
          <w:tcPr>
            <w:tcW w:type="dxa" w:w="1728"/>
          </w:tcPr>
          <w:p>
            <w:r>
              <w:t>Poids net (kg)</w:t>
            </w:r>
          </w:p>
        </w:tc>
        <w:tc>
          <w:tcPr>
            <w:tcW w:type="dxa" w:w="1728"/>
          </w:tcPr>
          <w:p>
            <w:r>
              <w:t>Poids brut (kg)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</w:tbl>
    <w:p>
      <w:r>
        <w:t>Nombre total de colis: __________   Net weight: __________ kg   Gross weight: __________ kg</w:t>
      </w:r>
    </w:p>
    <w:p>
      <w:pPr>
        <w:pStyle w:val="Heading2"/>
      </w:pPr>
      <w:r>
        <w:t>NOTES / DÉCLARATIONS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Vérifiez les quantités, colis et poids avant expédition. Aucun prix indiqué.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