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商业发票</w:t>
      </w:r>
    </w:p>
    <w:p>
      <w:pPr>
        <w:pStyle w:val="Subtitle"/>
      </w:pPr>
      <w:r>
        <w:t>空白模板 · 请填写后打印或发送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发票编号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开具日期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出口方／卖方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进口方／买方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出口国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目的国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贸易术语及指定地点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运输参考编号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币种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项目／明细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描述</w:t>
            </w:r>
          </w:p>
        </w:tc>
        <w:tc>
          <w:tcPr>
            <w:tcW w:type="dxa" w:w="1440"/>
          </w:tcPr>
          <w:p>
            <w:r>
              <w:t>HS 商品编码</w:t>
            </w:r>
          </w:p>
        </w:tc>
        <w:tc>
          <w:tcPr>
            <w:tcW w:type="dxa" w:w="1440"/>
          </w:tcPr>
          <w:p>
            <w:r>
              <w:t>原产国</w:t>
            </w:r>
          </w:p>
        </w:tc>
        <w:tc>
          <w:tcPr>
            <w:tcW w:type="dxa" w:w="1440"/>
          </w:tcPr>
          <w:p>
            <w:r>
              <w:t>数量</w:t>
            </w:r>
          </w:p>
        </w:tc>
        <w:tc>
          <w:tcPr>
            <w:tcW w:type="dxa" w:w="1440"/>
          </w:tcPr>
          <w:p>
            <w:r>
              <w:t>单价</w:t>
            </w:r>
          </w:p>
        </w:tc>
        <w:tc>
          <w:tcPr>
            <w:tcW w:type="dxa" w:w="1440"/>
          </w:tcPr>
          <w:p>
            <w:r>
              <w:t>金额</w:t>
            </w:r>
          </w:p>
        </w:tc>
      </w:tr>
      <w:tr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</w:tr>
      <w:tr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</w:tr>
      <w:tr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</w:tr>
      <w:tr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</w:tr>
      <w:tr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</w:tr>
      <w:tr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</w:tr>
    </w:tbl>
    <w:p>
      <w:r>
        <w:t>小计: __________________    Tax: ______________    合计: __________________</w:t>
      </w:r>
    </w:p>
    <w:p>
      <w:pPr>
        <w:pStyle w:val="Heading2"/>
      </w:pPr>
      <w:r>
        <w:t>备注／声明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出口方须核对海关申报、商品归类、原产地与目的地要求。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